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F973D4" w14:textId="77777777" w:rsidR="00B31760" w:rsidRDefault="00B31760" w:rsidP="00B31760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B54959">
        <w:rPr>
          <w:rFonts w:ascii="Times New Roman" w:eastAsia="Arial" w:hAnsi="Times New Roman"/>
          <w:noProof/>
          <w:color w:val="000000"/>
          <w:sz w:val="23"/>
          <w:szCs w:val="23"/>
        </w:rPr>
        <w:drawing>
          <wp:inline distT="0" distB="0" distL="0" distR="0" wp14:anchorId="6F1A078C" wp14:editId="54A07653">
            <wp:extent cx="1845670" cy="723900"/>
            <wp:effectExtent l="0" t="0" r="2540" b="0"/>
            <wp:docPr id="1431424907" name="Picture 1431424907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, clip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67790" cy="73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D396D" w14:textId="77777777" w:rsidR="00B31760" w:rsidRPr="00B31760" w:rsidRDefault="00B31760" w:rsidP="00B31760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</w:p>
    <w:p w14:paraId="4CF0C0EC" w14:textId="77777777" w:rsidR="00B31760" w:rsidRPr="007121AF" w:rsidRDefault="00B31760" w:rsidP="00B31760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Board of</w:t>
      </w:r>
      <w:r w:rsidRPr="007121AF">
        <w:rPr>
          <w:rFonts w:ascii="Times New Roman" w:hAnsi="Times New Roman"/>
          <w:b/>
          <w:sz w:val="24"/>
          <w:szCs w:val="28"/>
        </w:rPr>
        <w:t xml:space="preserve"> Accreditation (</w:t>
      </w:r>
      <w:r>
        <w:rPr>
          <w:rFonts w:ascii="Times New Roman" w:hAnsi="Times New Roman"/>
          <w:b/>
          <w:sz w:val="24"/>
          <w:szCs w:val="28"/>
        </w:rPr>
        <w:t>B</w:t>
      </w:r>
      <w:r w:rsidRPr="007121AF">
        <w:rPr>
          <w:rFonts w:ascii="Times New Roman" w:hAnsi="Times New Roman"/>
          <w:b/>
          <w:sz w:val="24"/>
          <w:szCs w:val="28"/>
        </w:rPr>
        <w:t>OA)</w:t>
      </w:r>
    </w:p>
    <w:p w14:paraId="4B25EBA9" w14:textId="77777777" w:rsidR="00B31760" w:rsidRPr="007121AF" w:rsidRDefault="00B31760" w:rsidP="00B31760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/>
          <w:sz w:val="24"/>
          <w:szCs w:val="28"/>
        </w:rPr>
        <w:t>Department of Social Work Accreditation (DOSWA)</w:t>
      </w:r>
    </w:p>
    <w:p w14:paraId="08CE88A4" w14:textId="77777777" w:rsidR="00B31760" w:rsidRPr="007121AF" w:rsidRDefault="00B31760" w:rsidP="00B31760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Cs/>
          <w:i/>
          <w:iCs/>
          <w:sz w:val="24"/>
          <w:szCs w:val="28"/>
        </w:rPr>
        <w:t>Baccalaureate and Master’s Social Work Program Accreditation</w:t>
      </w:r>
    </w:p>
    <w:p w14:paraId="765CB1AC" w14:textId="77777777" w:rsidR="00B31760" w:rsidRPr="007121AF" w:rsidRDefault="00B31760" w:rsidP="00B31760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Cs w:val="24"/>
        </w:rPr>
      </w:pPr>
    </w:p>
    <w:p w14:paraId="5D19193B" w14:textId="77777777" w:rsidR="00B31760" w:rsidRPr="004919ED" w:rsidRDefault="00B31760" w:rsidP="00B31760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21AF">
        <w:rPr>
          <w:rFonts w:ascii="Times New Roman" w:hAnsi="Times New Roman"/>
          <w:b/>
          <w:sz w:val="32"/>
          <w:szCs w:val="32"/>
        </w:rPr>
        <w:t>2022 EPAS</w:t>
      </w:r>
    </w:p>
    <w:p w14:paraId="26E9CF1E" w14:textId="77777777" w:rsidR="00B31760" w:rsidRPr="009A47E9" w:rsidRDefault="00B31760" w:rsidP="00B31760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sz w:val="24"/>
          <w:szCs w:val="24"/>
        </w:rPr>
      </w:pPr>
      <w:r w:rsidRPr="007121AF">
        <w:rPr>
          <w:rFonts w:ascii="Times New Roman" w:hAnsi="Times New Roman"/>
          <w:b/>
          <w:color w:val="005D7E"/>
          <w:sz w:val="32"/>
          <w:szCs w:val="32"/>
        </w:rPr>
        <w:t>Form AS M5.0.1(d) | Public Reporting of Assessment Outcomes</w:t>
      </w:r>
    </w:p>
    <w:p w14:paraId="7469B401" w14:textId="77777777" w:rsidR="003F2B88" w:rsidRDefault="003F2B88" w:rsidP="00B31760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2BB6DD7" w14:textId="0809A0C7" w:rsidR="00B31760" w:rsidRPr="00F26517" w:rsidRDefault="00B31760" w:rsidP="00B31760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iCs/>
          <w:color w:val="005D7E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Southern Illinois University Edwardsville</w:t>
      </w:r>
    </w:p>
    <w:p w14:paraId="1B71B6F0" w14:textId="77777777" w:rsidR="00B31760" w:rsidRDefault="00B31760" w:rsidP="00B31760">
      <w:pPr>
        <w:jc w:val="center"/>
      </w:pPr>
    </w:p>
    <w:p w14:paraId="7483C2F7" w14:textId="4C67BC09" w:rsidR="00B31760" w:rsidRDefault="00000000" w:rsidP="00B31760">
      <w:pPr>
        <w:jc w:val="center"/>
      </w:pPr>
      <w:r>
        <w:t xml:space="preserve">Assessment timeframe: </w:t>
      </w:r>
      <w:r w:rsidR="00EC1AF0">
        <w:t>Academic Year 2025 -</w:t>
      </w:r>
      <w:r>
        <w:t xml:space="preserve"> 2026 </w:t>
      </w:r>
      <w:r w:rsidR="0060685A">
        <w:t>| Date</w:t>
      </w:r>
      <w:r>
        <w:t xml:space="preserve"> publicly </w:t>
      </w:r>
      <w:r w:rsidR="008204DD">
        <w:t>posted: September 2026</w:t>
      </w:r>
    </w:p>
    <w:p w14:paraId="7DDB7D41" w14:textId="77777777" w:rsidR="00F932D4" w:rsidRDefault="00000000">
      <w:pPr>
        <w:pStyle w:val="Heading1"/>
      </w:pPr>
      <w:r>
        <w:t>Generalist Practice | Summary of Plan</w:t>
      </w:r>
    </w:p>
    <w:p w14:paraId="68612CA8" w14:textId="77777777" w:rsidR="00F932D4" w:rsidRDefault="00000000">
      <w:pPr>
        <w:spacing w:after="100"/>
      </w:pPr>
      <w:r>
        <w:t>SIUE assesses generalist competency using two direct measures: the Social Work Educational Assessment Project (SWEAP) Exam and the Final Practicum Evaluation. The program benchmark is that 80% of students will attain the minimum performance standard for each competency, inclusive of both measures.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2376"/>
        <w:gridCol w:w="3384"/>
        <w:gridCol w:w="1944"/>
      </w:tblGrid>
      <w:tr w:rsidR="00F932D4" w14:paraId="60A59A90" w14:textId="77777777">
        <w:trPr>
          <w:cantSplit/>
          <w:tblHeader/>
          <w:jc w:val="center"/>
        </w:trPr>
        <w:tc>
          <w:tcPr>
            <w:tcW w:w="2880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FB2795" w14:textId="77777777" w:rsidR="00F932D4" w:rsidRDefault="00000000">
            <w:pPr>
              <w:jc w:val="center"/>
            </w:pPr>
            <w:r>
              <w:rPr>
                <w:b/>
                <w:sz w:val="16"/>
              </w:rPr>
              <w:t>Competency</w:t>
            </w:r>
          </w:p>
        </w:tc>
        <w:tc>
          <w:tcPr>
            <w:tcW w:w="2376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2A7751" w14:textId="77777777" w:rsidR="00F932D4" w:rsidRDefault="00000000">
            <w:pPr>
              <w:jc w:val="center"/>
            </w:pPr>
            <w:r>
              <w:rPr>
                <w:b/>
                <w:sz w:val="16"/>
              </w:rPr>
              <w:t>Instrument</w:t>
            </w:r>
          </w:p>
        </w:tc>
        <w:tc>
          <w:tcPr>
            <w:tcW w:w="3384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0301F65" w14:textId="77777777" w:rsidR="00F932D4" w:rsidRDefault="00000000">
            <w:pPr>
              <w:jc w:val="center"/>
            </w:pPr>
            <w:r>
              <w:rPr>
                <w:b/>
                <w:sz w:val="16"/>
              </w:rPr>
              <w:t>Instrument: Expected Level of Achievement</w:t>
            </w:r>
          </w:p>
        </w:tc>
        <w:tc>
          <w:tcPr>
            <w:tcW w:w="1944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31054F" w14:textId="77777777" w:rsidR="00F932D4" w:rsidRDefault="00000000">
            <w:pPr>
              <w:jc w:val="center"/>
            </w:pPr>
            <w:r>
              <w:rPr>
                <w:b/>
                <w:sz w:val="16"/>
              </w:rPr>
              <w:t>Competency: Expected Level of Achievement</w:t>
            </w:r>
          </w:p>
        </w:tc>
      </w:tr>
      <w:tr w:rsidR="00F932D4" w14:paraId="658F0B5C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277FFF" w14:textId="77777777" w:rsidR="00F932D4" w:rsidRDefault="00000000">
            <w:r>
              <w:rPr>
                <w:b/>
                <w:sz w:val="15"/>
              </w:rPr>
              <w:t>Competency 1: Demonstrate Ethical and Professional Behavior</w:t>
            </w:r>
          </w:p>
        </w:tc>
        <w:tc>
          <w:tcPr>
            <w:tcW w:w="237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6632E1" w14:textId="77777777" w:rsidR="00F932D4" w:rsidRDefault="00000000">
            <w:r>
              <w:rPr>
                <w:sz w:val="15"/>
              </w:rPr>
              <w:t>Instrument 1: SWEAP Exam</w:t>
            </w:r>
            <w:r>
              <w:rPr>
                <w:sz w:val="15"/>
              </w:rPr>
              <w:br/>
              <w:t>Instrument 2: Final Practicum Evaluation</w:t>
            </w:r>
          </w:p>
        </w:tc>
        <w:tc>
          <w:tcPr>
            <w:tcW w:w="33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BAA207" w14:textId="77777777" w:rsidR="00F932D4" w:rsidRDefault="00000000">
            <w:r>
              <w:rPr>
                <w:sz w:val="15"/>
              </w:rPr>
              <w:t>SWEAP: 50% of questions answered correctly in the competency area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E6BA8A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3445C5A4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B3B059" w14:textId="77777777" w:rsidR="00F932D4" w:rsidRDefault="00000000">
            <w:r>
              <w:rPr>
                <w:b/>
                <w:sz w:val="15"/>
              </w:rPr>
              <w:t>Competency 2: Advance Human Rights and Social, Racial, Economic, and Environmental Justice</w:t>
            </w:r>
          </w:p>
        </w:tc>
        <w:tc>
          <w:tcPr>
            <w:tcW w:w="237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7811DB2" w14:textId="77777777" w:rsidR="00F932D4" w:rsidRDefault="00000000">
            <w:r>
              <w:rPr>
                <w:sz w:val="15"/>
              </w:rPr>
              <w:t>Instrument 1: SWEAP Exam</w:t>
            </w:r>
            <w:r>
              <w:rPr>
                <w:sz w:val="15"/>
              </w:rPr>
              <w:br/>
              <w:t>Instrument 2: Final Practicum Evaluation</w:t>
            </w:r>
          </w:p>
        </w:tc>
        <w:tc>
          <w:tcPr>
            <w:tcW w:w="33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F5D2DED" w14:textId="77777777" w:rsidR="00F932D4" w:rsidRDefault="00000000">
            <w:r>
              <w:rPr>
                <w:sz w:val="15"/>
              </w:rPr>
              <w:t>SWEAP: 50% of questions answered correctly in the competency area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4B7A51B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63CC40EC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BBED55" w14:textId="77777777" w:rsidR="00F932D4" w:rsidRDefault="00000000">
            <w:r>
              <w:rPr>
                <w:b/>
                <w:sz w:val="15"/>
              </w:rPr>
              <w:t>Competency 3: Engage Anti-Racism, Diversity, Equity, and Inclusion (ADEI) in Practice</w:t>
            </w:r>
          </w:p>
        </w:tc>
        <w:tc>
          <w:tcPr>
            <w:tcW w:w="237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8CBE08" w14:textId="77777777" w:rsidR="00F932D4" w:rsidRDefault="00000000">
            <w:r>
              <w:rPr>
                <w:sz w:val="15"/>
              </w:rPr>
              <w:t>Instrument 1: SWEAP Exam</w:t>
            </w:r>
            <w:r>
              <w:rPr>
                <w:sz w:val="15"/>
              </w:rPr>
              <w:br/>
              <w:t>Instrument 2: Final Practicum Evaluation</w:t>
            </w:r>
          </w:p>
        </w:tc>
        <w:tc>
          <w:tcPr>
            <w:tcW w:w="33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162FED1" w14:textId="77777777" w:rsidR="00F932D4" w:rsidRDefault="00000000">
            <w:r>
              <w:rPr>
                <w:sz w:val="15"/>
              </w:rPr>
              <w:t>SWEAP: 50% of questions answered correctly in the competency area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DD65D76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720FFA87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DE37B65" w14:textId="77777777" w:rsidR="00F932D4" w:rsidRDefault="00000000">
            <w:r>
              <w:rPr>
                <w:b/>
                <w:sz w:val="15"/>
              </w:rPr>
              <w:t>Competency 4: Engage in Practice-Informed Research and Research-Informed Practice</w:t>
            </w:r>
          </w:p>
        </w:tc>
        <w:tc>
          <w:tcPr>
            <w:tcW w:w="237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01AD7B" w14:textId="77777777" w:rsidR="00F932D4" w:rsidRDefault="00000000">
            <w:r>
              <w:rPr>
                <w:sz w:val="15"/>
              </w:rPr>
              <w:t>Instrument 1: SWEAP Exam</w:t>
            </w:r>
            <w:r>
              <w:rPr>
                <w:sz w:val="15"/>
              </w:rPr>
              <w:br/>
              <w:t>Instrument 2: Final Practicum Evaluation</w:t>
            </w:r>
          </w:p>
        </w:tc>
        <w:tc>
          <w:tcPr>
            <w:tcW w:w="33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690EB7" w14:textId="77777777" w:rsidR="00F932D4" w:rsidRDefault="00000000">
            <w:r>
              <w:rPr>
                <w:sz w:val="15"/>
              </w:rPr>
              <w:t>SWEAP: 50% of questions answered correctly in the competency area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6663D1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59D60BE7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0AF052" w14:textId="77777777" w:rsidR="00F932D4" w:rsidRDefault="00000000">
            <w:r>
              <w:rPr>
                <w:b/>
                <w:sz w:val="15"/>
              </w:rPr>
              <w:t>Competency 5: Engage in Policy Practice</w:t>
            </w:r>
          </w:p>
        </w:tc>
        <w:tc>
          <w:tcPr>
            <w:tcW w:w="237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0B26D8E" w14:textId="77777777" w:rsidR="00F932D4" w:rsidRDefault="00000000">
            <w:r>
              <w:rPr>
                <w:sz w:val="15"/>
              </w:rPr>
              <w:t>Instrument 1: SWEAP Exam</w:t>
            </w:r>
            <w:r>
              <w:rPr>
                <w:sz w:val="15"/>
              </w:rPr>
              <w:br/>
              <w:t>Instrument 2: Final Practicum Evaluation</w:t>
            </w:r>
          </w:p>
        </w:tc>
        <w:tc>
          <w:tcPr>
            <w:tcW w:w="33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821AC6B" w14:textId="77777777" w:rsidR="00F932D4" w:rsidRDefault="00000000">
            <w:r>
              <w:rPr>
                <w:sz w:val="15"/>
              </w:rPr>
              <w:t>SWEAP: 50% of questions answered correctly in the competency area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EE03174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1448CABB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9371D1" w14:textId="77777777" w:rsidR="00F932D4" w:rsidRDefault="00000000">
            <w:r>
              <w:rPr>
                <w:b/>
                <w:sz w:val="15"/>
              </w:rPr>
              <w:t>Competency 6: Engage with Individuals, Families, Groups, Organizations, and Communities</w:t>
            </w:r>
          </w:p>
        </w:tc>
        <w:tc>
          <w:tcPr>
            <w:tcW w:w="237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820AAF" w14:textId="77777777" w:rsidR="00F932D4" w:rsidRDefault="00000000">
            <w:r>
              <w:rPr>
                <w:sz w:val="15"/>
              </w:rPr>
              <w:t>Instrument 1: SWEAP Exam</w:t>
            </w:r>
            <w:r>
              <w:rPr>
                <w:sz w:val="15"/>
              </w:rPr>
              <w:br/>
              <w:t>Instrument 2: Final Practicum Evaluation</w:t>
            </w:r>
          </w:p>
        </w:tc>
        <w:tc>
          <w:tcPr>
            <w:tcW w:w="33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E0B868" w14:textId="77777777" w:rsidR="00F932D4" w:rsidRDefault="00000000">
            <w:r>
              <w:rPr>
                <w:sz w:val="15"/>
              </w:rPr>
              <w:t>SWEAP: 50% of questions answered correctly in the competency area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D0F7002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1ACDCA07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7961EC8" w14:textId="77777777" w:rsidR="00F932D4" w:rsidRDefault="00000000">
            <w:r>
              <w:rPr>
                <w:b/>
                <w:sz w:val="15"/>
              </w:rPr>
              <w:t>Competency 7: Assess Individuals, Families, Groups, Organizations, and Communities</w:t>
            </w:r>
          </w:p>
        </w:tc>
        <w:tc>
          <w:tcPr>
            <w:tcW w:w="237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27B6FF" w14:textId="77777777" w:rsidR="00F932D4" w:rsidRDefault="00000000">
            <w:r>
              <w:rPr>
                <w:sz w:val="15"/>
              </w:rPr>
              <w:t>Instrument 1: SWEAP Exam</w:t>
            </w:r>
            <w:r>
              <w:rPr>
                <w:sz w:val="15"/>
              </w:rPr>
              <w:br/>
              <w:t>Instrument 2: Final Practicum Evaluation</w:t>
            </w:r>
          </w:p>
        </w:tc>
        <w:tc>
          <w:tcPr>
            <w:tcW w:w="33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FA43465" w14:textId="77777777" w:rsidR="00F932D4" w:rsidRDefault="00000000">
            <w:r>
              <w:rPr>
                <w:sz w:val="15"/>
              </w:rPr>
              <w:t>SWEAP: 50% of questions answered correctly in the competency area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7AE5C7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2D960057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CC3400" w14:textId="77777777" w:rsidR="00F932D4" w:rsidRDefault="00000000">
            <w:r>
              <w:rPr>
                <w:b/>
                <w:sz w:val="15"/>
              </w:rPr>
              <w:lastRenderedPageBreak/>
              <w:t>Competency 8: Intervene with Individuals, Families, Groups, Organizations, and Communities</w:t>
            </w:r>
          </w:p>
        </w:tc>
        <w:tc>
          <w:tcPr>
            <w:tcW w:w="237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BF3CC74" w14:textId="77777777" w:rsidR="00F932D4" w:rsidRDefault="00000000">
            <w:r>
              <w:rPr>
                <w:sz w:val="15"/>
              </w:rPr>
              <w:t>Instrument 1: SWEAP Exam</w:t>
            </w:r>
            <w:r>
              <w:rPr>
                <w:sz w:val="15"/>
              </w:rPr>
              <w:br/>
              <w:t>Instrument 2: Final Practicum Evaluation</w:t>
            </w:r>
          </w:p>
        </w:tc>
        <w:tc>
          <w:tcPr>
            <w:tcW w:w="33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F7398F" w14:textId="77777777" w:rsidR="00F932D4" w:rsidRDefault="00000000">
            <w:r>
              <w:rPr>
                <w:sz w:val="15"/>
              </w:rPr>
              <w:t>SWEAP: 50% of questions answered correctly in the competency area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67FE5D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404B051B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97D92D" w14:textId="77777777" w:rsidR="00F932D4" w:rsidRDefault="00000000">
            <w:r>
              <w:rPr>
                <w:b/>
                <w:sz w:val="15"/>
              </w:rPr>
              <w:t>Competency 9: Evaluate Practice with Individuals, Families, Groups, Organizations, and Communities</w:t>
            </w:r>
          </w:p>
        </w:tc>
        <w:tc>
          <w:tcPr>
            <w:tcW w:w="2376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738FCE" w14:textId="77777777" w:rsidR="00F932D4" w:rsidRDefault="00000000">
            <w:r>
              <w:rPr>
                <w:sz w:val="15"/>
              </w:rPr>
              <w:t>Instrument 1: SWEAP Exam</w:t>
            </w:r>
            <w:r>
              <w:rPr>
                <w:sz w:val="15"/>
              </w:rPr>
              <w:br/>
              <w:t>Instrument 2: Final Practicum Evaluation</w:t>
            </w:r>
          </w:p>
        </w:tc>
        <w:tc>
          <w:tcPr>
            <w:tcW w:w="33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60A070" w14:textId="77777777" w:rsidR="00F932D4" w:rsidRDefault="00000000">
            <w:r>
              <w:rPr>
                <w:sz w:val="15"/>
              </w:rPr>
              <w:t>SWEAP: 50% of questions answered correctly in the competency area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F7B0EB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</w:tbl>
    <w:p w14:paraId="190FBF91" w14:textId="77777777" w:rsidR="00F932D4" w:rsidRDefault="00000000">
      <w:pPr>
        <w:pStyle w:val="Heading1"/>
      </w:pPr>
      <w:r>
        <w:t>Generalist Practice | Summary of Outcomes</w:t>
      </w:r>
    </w:p>
    <w:p w14:paraId="0C34E097" w14:textId="77777777" w:rsidR="00F932D4" w:rsidRDefault="00000000">
      <w:pPr>
        <w:spacing w:after="60"/>
      </w:pPr>
      <w:r>
        <w:rPr>
          <w:b/>
        </w:rPr>
        <w:t>Program Option #1: Face-to-Face Traditional Program on the SIUE Edwardsville Campus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1584"/>
        <w:gridCol w:w="1872"/>
        <w:gridCol w:w="1800"/>
        <w:gridCol w:w="1728"/>
      </w:tblGrid>
      <w:tr w:rsidR="00F932D4" w14:paraId="0EE0C4E0" w14:textId="77777777">
        <w:trPr>
          <w:cantSplit/>
          <w:tblHeader/>
          <w:jc w:val="center"/>
        </w:trPr>
        <w:tc>
          <w:tcPr>
            <w:tcW w:w="3600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98BC32" w14:textId="77777777" w:rsidR="00F932D4" w:rsidRDefault="00000000">
            <w:pPr>
              <w:jc w:val="center"/>
            </w:pPr>
            <w:r>
              <w:rPr>
                <w:b/>
                <w:sz w:val="15"/>
              </w:rPr>
              <w:t>Competency</w:t>
            </w:r>
          </w:p>
        </w:tc>
        <w:tc>
          <w:tcPr>
            <w:tcW w:w="1584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78C4F8" w14:textId="77777777" w:rsidR="00F932D4" w:rsidRDefault="00000000">
            <w:pPr>
              <w:jc w:val="center"/>
            </w:pPr>
            <w:r>
              <w:rPr>
                <w:b/>
                <w:sz w:val="15"/>
              </w:rPr>
              <w:t>Expected Level of Achievement</w:t>
            </w:r>
          </w:p>
        </w:tc>
        <w:tc>
          <w:tcPr>
            <w:tcW w:w="1872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5295322" w14:textId="77777777" w:rsidR="00F932D4" w:rsidRDefault="00000000">
            <w:pPr>
              <w:jc w:val="center"/>
            </w:pPr>
            <w:r>
              <w:rPr>
                <w:b/>
                <w:sz w:val="15"/>
              </w:rPr>
              <w:t>Aggregate Actual Outcome</w:t>
            </w:r>
          </w:p>
        </w:tc>
        <w:tc>
          <w:tcPr>
            <w:tcW w:w="1800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D670E8E" w14:textId="77777777" w:rsidR="00346B44" w:rsidRDefault="00000000">
            <w:r>
              <w:rPr>
                <w:sz w:val="16"/>
              </w:rPr>
              <w:t>Final Practicum Evaluation</w:t>
            </w:r>
            <w:r>
              <w:rPr>
                <w:sz w:val="16"/>
              </w:rPr>
              <w:br/>
              <w:t>(n=11)</w:t>
            </w:r>
          </w:p>
        </w:tc>
        <w:tc>
          <w:tcPr>
            <w:tcW w:w="1728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A610D6" w14:textId="77777777" w:rsidR="00346B44" w:rsidRDefault="00000000">
            <w:r>
              <w:rPr>
                <w:sz w:val="16"/>
              </w:rPr>
              <w:t>SWEAP EPAS 2022</w:t>
            </w:r>
            <w:r>
              <w:rPr>
                <w:sz w:val="16"/>
              </w:rPr>
              <w:br/>
              <w:t>(n=11)</w:t>
            </w:r>
          </w:p>
        </w:tc>
      </w:tr>
      <w:tr w:rsidR="00F932D4" w14:paraId="06A47CF4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ED84C3" w14:textId="77777777" w:rsidR="00F932D4" w:rsidRDefault="00000000">
            <w:r>
              <w:rPr>
                <w:b/>
                <w:sz w:val="14"/>
              </w:rPr>
              <w:t>1. Demonstrate Ethical and Professional Behavior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0B204E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E326A7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4EB81A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F97259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27FBD466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5A4E17" w14:textId="77777777" w:rsidR="00F932D4" w:rsidRDefault="00000000">
            <w:r>
              <w:rPr>
                <w:b/>
                <w:sz w:val="14"/>
              </w:rPr>
              <w:t>2. Advance Human Rights and Social, Racial, Economic, and Environmental Justice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72C40F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BD86F75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38A6A9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D5E5BFC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47065FBC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101EA8" w14:textId="77777777" w:rsidR="00F932D4" w:rsidRDefault="00000000">
            <w:r>
              <w:rPr>
                <w:b/>
                <w:sz w:val="14"/>
              </w:rPr>
              <w:t>3. Engage Anti-Racism, Diversity, Equity, and Inclusion (ADEI) in Practice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74BF17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D3A7B4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D586C5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A0205E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3AB2447C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9381DE" w14:textId="77777777" w:rsidR="00F932D4" w:rsidRDefault="00000000">
            <w:r>
              <w:rPr>
                <w:b/>
                <w:sz w:val="14"/>
              </w:rPr>
              <w:t>4. Engage in Practice-Informed Research and Research-Informed Practice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EA01EE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58F0F6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20DD9D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E2BE7A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6DCAFEA2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FA0DAE" w14:textId="77777777" w:rsidR="00F932D4" w:rsidRDefault="00000000">
            <w:r>
              <w:rPr>
                <w:b/>
                <w:sz w:val="14"/>
              </w:rPr>
              <w:t>5. Engage in Policy Practice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EBB4BD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81790D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0D98A6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5A60999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6BF0E25F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9774B4" w14:textId="77777777" w:rsidR="00F932D4" w:rsidRDefault="00000000">
            <w:r>
              <w:rPr>
                <w:b/>
                <w:sz w:val="14"/>
              </w:rPr>
              <w:t>6. Engage with Individuals, Families, Groups, Organizations, and Communities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064EDCB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033467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FE1AFA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5DAE33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6882FE89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293C7E" w14:textId="77777777" w:rsidR="00F932D4" w:rsidRDefault="00000000">
            <w:r>
              <w:rPr>
                <w:b/>
                <w:sz w:val="14"/>
              </w:rPr>
              <w:t>7. Assess Individuals, Families, Groups, Organizations, and Communities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002697E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95D7B2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80A818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BD9828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25FD2CC4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6BBCF8" w14:textId="77777777" w:rsidR="00F932D4" w:rsidRDefault="00000000">
            <w:r>
              <w:rPr>
                <w:b/>
                <w:sz w:val="14"/>
              </w:rPr>
              <w:t>8. Intervene with Individuals, Families, Groups, Organizations, and Communities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3D187D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E13533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C2AB70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37AD38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7E6FF885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AB127F" w14:textId="77777777" w:rsidR="00F932D4" w:rsidRDefault="00000000">
            <w:r>
              <w:rPr>
                <w:b/>
                <w:sz w:val="14"/>
              </w:rPr>
              <w:t>9. Evaluate Practice with Individuals, Families, Groups, Organizations, and Communities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F19449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3D2A1FD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9D4F36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7F49E75" w14:textId="77777777" w:rsidR="00346B44" w:rsidRDefault="00000000">
            <w:r>
              <w:rPr>
                <w:sz w:val="16"/>
              </w:rPr>
              <w:t>100.0%</w:t>
            </w:r>
          </w:p>
        </w:tc>
      </w:tr>
    </w:tbl>
    <w:p w14:paraId="289DF67C" w14:textId="7A93136A" w:rsidR="00F932D4" w:rsidRDefault="00000000">
      <w:pPr>
        <w:spacing w:before="60" w:after="80"/>
      </w:pPr>
      <w:r>
        <w:t xml:space="preserve">Generalist outcome calculation follows SIUE's prior public-reporting method: the percentage of students attaining the benchmark on each of the two measures is averaged for each competency. In 2026, 11 students completed the EPAS 2022 SWEAP Foundation </w:t>
      </w:r>
      <w:r w:rsidR="003F2B88">
        <w:t>assessment,</w:t>
      </w:r>
      <w:r>
        <w:t xml:space="preserve"> and 11 students had final generalist practicum evaluations. All students met or exceeded the established performance threshold on every competency for both measures.</w:t>
      </w:r>
    </w:p>
    <w:p w14:paraId="4F05C9BD" w14:textId="77777777" w:rsidR="00F932D4" w:rsidRDefault="00000000">
      <w:r>
        <w:br w:type="page"/>
      </w:r>
    </w:p>
    <w:p w14:paraId="2C193792" w14:textId="77777777" w:rsidR="00F932D4" w:rsidRDefault="00000000">
      <w:pPr>
        <w:pStyle w:val="Heading1"/>
      </w:pPr>
      <w:r>
        <w:lastRenderedPageBreak/>
        <w:t>Specialized Practice | Summary of Plan</w:t>
      </w:r>
    </w:p>
    <w:p w14:paraId="5E75A2B2" w14:textId="77777777" w:rsidR="00F932D4" w:rsidRDefault="00000000">
      <w:r>
        <w:rPr>
          <w:b/>
        </w:rPr>
        <w:t>Area of Specialized Practice: Advanced Generalist</w:t>
      </w:r>
    </w:p>
    <w:p w14:paraId="61EF6B84" w14:textId="77777777" w:rsidR="00F932D4" w:rsidRDefault="00000000">
      <w:pPr>
        <w:spacing w:after="100"/>
      </w:pPr>
      <w:r>
        <w:t>SIUE assesses specialized competency using the MSW Capstone - Executive Summary of Practice Activities and the Final Practicum Evaluation. The program benchmark is that 80% of students will attain the minimum performance standard for each competency, inclusive of both measures.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2592"/>
        <w:gridCol w:w="3168"/>
        <w:gridCol w:w="1944"/>
      </w:tblGrid>
      <w:tr w:rsidR="00F932D4" w14:paraId="3E3D73AD" w14:textId="77777777">
        <w:trPr>
          <w:cantSplit/>
          <w:tblHeader/>
          <w:jc w:val="center"/>
        </w:trPr>
        <w:tc>
          <w:tcPr>
            <w:tcW w:w="2880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FC9386" w14:textId="77777777" w:rsidR="00F932D4" w:rsidRDefault="00000000">
            <w:pPr>
              <w:jc w:val="center"/>
            </w:pPr>
            <w:r>
              <w:rPr>
                <w:b/>
                <w:sz w:val="16"/>
              </w:rPr>
              <w:t>Competency</w:t>
            </w:r>
          </w:p>
        </w:tc>
        <w:tc>
          <w:tcPr>
            <w:tcW w:w="2592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B45D16" w14:textId="77777777" w:rsidR="00F932D4" w:rsidRDefault="00000000">
            <w:pPr>
              <w:jc w:val="center"/>
            </w:pPr>
            <w:r>
              <w:rPr>
                <w:b/>
                <w:sz w:val="16"/>
              </w:rPr>
              <w:t>Instrument</w:t>
            </w:r>
          </w:p>
        </w:tc>
        <w:tc>
          <w:tcPr>
            <w:tcW w:w="3168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63F3ED" w14:textId="77777777" w:rsidR="00F932D4" w:rsidRDefault="00000000">
            <w:pPr>
              <w:jc w:val="center"/>
            </w:pPr>
            <w:r>
              <w:rPr>
                <w:b/>
                <w:sz w:val="16"/>
              </w:rPr>
              <w:t>Instrument: Expected Level of Achievement</w:t>
            </w:r>
          </w:p>
        </w:tc>
        <w:tc>
          <w:tcPr>
            <w:tcW w:w="1944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B91AA42" w14:textId="77777777" w:rsidR="00F932D4" w:rsidRDefault="00000000">
            <w:pPr>
              <w:jc w:val="center"/>
            </w:pPr>
            <w:r>
              <w:rPr>
                <w:b/>
                <w:sz w:val="16"/>
              </w:rPr>
              <w:t>Competency: Expected Level of Achievement</w:t>
            </w:r>
          </w:p>
        </w:tc>
      </w:tr>
      <w:tr w:rsidR="00F932D4" w14:paraId="46806EA6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8B9B8C" w14:textId="77777777" w:rsidR="00F932D4" w:rsidRDefault="00000000">
            <w:r>
              <w:rPr>
                <w:b/>
                <w:sz w:val="15"/>
              </w:rPr>
              <w:t>Competency 1: Demonstrate Ethical and Professional Behavior</w:t>
            </w:r>
          </w:p>
        </w:tc>
        <w:tc>
          <w:tcPr>
            <w:tcW w:w="259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DB32AF" w14:textId="77777777" w:rsidR="00F932D4" w:rsidRDefault="00000000">
            <w:r>
              <w:rPr>
                <w:sz w:val="14"/>
              </w:rPr>
              <w:t>Instrument 1: MSW Capstone - Executive Summary of Practice Activities</w:t>
            </w:r>
            <w:r>
              <w:rPr>
                <w:sz w:val="14"/>
              </w:rPr>
              <w:br/>
              <w:t>Instrument 2: Final Practicum Evaluation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3441D6" w14:textId="77777777" w:rsidR="00F932D4" w:rsidRDefault="00000000">
            <w:r>
              <w:rPr>
                <w:sz w:val="14"/>
              </w:rPr>
              <w:t>Capstone: at least 2 of 3 MSW faculty reviewers rate each practice behavior as Competent, Accomplished Competence, or Exemplary Competence; competency attainment requires meeting this standard on a majority (&gt;50%) of mapped practice behaviors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7CE758C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40C9C791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21BAA2" w14:textId="77777777" w:rsidR="00F932D4" w:rsidRDefault="00000000">
            <w:r>
              <w:rPr>
                <w:b/>
                <w:sz w:val="15"/>
              </w:rPr>
              <w:t>Competency 2: Advance Human Rights and Social, Racial, Economic, and Environmental Justice</w:t>
            </w:r>
          </w:p>
        </w:tc>
        <w:tc>
          <w:tcPr>
            <w:tcW w:w="259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01BB02" w14:textId="77777777" w:rsidR="00F932D4" w:rsidRDefault="00000000">
            <w:r>
              <w:rPr>
                <w:sz w:val="14"/>
              </w:rPr>
              <w:t>Instrument 1: MSW Capstone - Executive Summary of Practice Activities</w:t>
            </w:r>
            <w:r>
              <w:rPr>
                <w:sz w:val="14"/>
              </w:rPr>
              <w:br/>
              <w:t>Instrument 2: Final Practicum Evaluation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70139E" w14:textId="77777777" w:rsidR="00F932D4" w:rsidRDefault="00000000">
            <w:r>
              <w:rPr>
                <w:sz w:val="14"/>
              </w:rPr>
              <w:t>Capstone: at least 2 of 3 MSW faculty reviewers rate each practice behavior as Competent, Accomplished Competence, or Exemplary Competence; competency attainment requires meeting this standard on a majority (&gt;50%) of mapped practice behaviors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AD70B6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6DB2214C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F9CA2A" w14:textId="77777777" w:rsidR="00F932D4" w:rsidRDefault="00000000">
            <w:r>
              <w:rPr>
                <w:b/>
                <w:sz w:val="15"/>
              </w:rPr>
              <w:t>Competency 3: Engage Anti-Racism, Diversity, Equity, and Inclusion (ADEI) in Practice</w:t>
            </w:r>
          </w:p>
        </w:tc>
        <w:tc>
          <w:tcPr>
            <w:tcW w:w="259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CD617B" w14:textId="77777777" w:rsidR="00F932D4" w:rsidRDefault="00000000">
            <w:r>
              <w:rPr>
                <w:sz w:val="14"/>
              </w:rPr>
              <w:t>Instrument 1: MSW Capstone - Executive Summary of Practice Activities</w:t>
            </w:r>
            <w:r>
              <w:rPr>
                <w:sz w:val="14"/>
              </w:rPr>
              <w:br/>
              <w:t>Instrument 2: Final Practicum Evaluation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219CAD" w14:textId="77777777" w:rsidR="00F932D4" w:rsidRDefault="00000000">
            <w:r>
              <w:rPr>
                <w:sz w:val="14"/>
              </w:rPr>
              <w:t>Capstone: at least 2 of 3 MSW faculty reviewers rate each practice behavior as Competent, Accomplished Competence, or Exemplary Competence; competency attainment requires meeting this standard on a majority (&gt;50%) of mapped practice behaviors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846F64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791C84D6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B455DF" w14:textId="77777777" w:rsidR="00F932D4" w:rsidRDefault="00000000">
            <w:r>
              <w:rPr>
                <w:b/>
                <w:sz w:val="15"/>
              </w:rPr>
              <w:t>Competency 4: Engage in Practice-Informed Research and Research-Informed Practice</w:t>
            </w:r>
          </w:p>
        </w:tc>
        <w:tc>
          <w:tcPr>
            <w:tcW w:w="259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4F3031" w14:textId="77777777" w:rsidR="00F932D4" w:rsidRDefault="00000000">
            <w:r>
              <w:rPr>
                <w:sz w:val="14"/>
              </w:rPr>
              <w:t>Instrument 1: MSW Capstone - Executive Summary of Practice Activities</w:t>
            </w:r>
            <w:r>
              <w:rPr>
                <w:sz w:val="14"/>
              </w:rPr>
              <w:br/>
              <w:t>Instrument 2: Final Practicum Evaluation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F89C05" w14:textId="77777777" w:rsidR="00F932D4" w:rsidRDefault="00000000">
            <w:r>
              <w:rPr>
                <w:sz w:val="14"/>
              </w:rPr>
              <w:t>Capstone: at least 2 of 3 MSW faculty reviewers rate each practice behavior as Competent, Accomplished Competence, or Exemplary Competence; competency attainment requires meeting this standard on a majority (&gt;50%) of mapped practice behaviors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864BF3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2DEBB2D5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210498" w14:textId="77777777" w:rsidR="00F932D4" w:rsidRDefault="00000000">
            <w:r>
              <w:rPr>
                <w:b/>
                <w:sz w:val="15"/>
              </w:rPr>
              <w:t>Competency 5: Engage in Policy Practice</w:t>
            </w:r>
          </w:p>
        </w:tc>
        <w:tc>
          <w:tcPr>
            <w:tcW w:w="259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BA28FD" w14:textId="77777777" w:rsidR="00F932D4" w:rsidRDefault="00000000">
            <w:r>
              <w:rPr>
                <w:sz w:val="14"/>
              </w:rPr>
              <w:t>Instrument 1: MSW Capstone - Executive Summary of Practice Activities</w:t>
            </w:r>
            <w:r>
              <w:rPr>
                <w:sz w:val="14"/>
              </w:rPr>
              <w:br/>
              <w:t>Instrument 2: Final Practicum Evaluation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FC34FB9" w14:textId="77777777" w:rsidR="00F932D4" w:rsidRDefault="00000000">
            <w:r>
              <w:rPr>
                <w:sz w:val="14"/>
              </w:rPr>
              <w:t>Capstone: at least 2 of 3 MSW faculty reviewers rate each practice behavior as Competent, Accomplished Competence, or Exemplary Competence; competency attainment requires meeting this standard on a majority (&gt;50%) of mapped practice behaviors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D62F91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039750F4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385119" w14:textId="77777777" w:rsidR="00F932D4" w:rsidRDefault="00000000">
            <w:r>
              <w:rPr>
                <w:b/>
                <w:sz w:val="15"/>
              </w:rPr>
              <w:t>Competency 6: Engage with Individuals, Families, Groups, Organizations, and Communities</w:t>
            </w:r>
          </w:p>
        </w:tc>
        <w:tc>
          <w:tcPr>
            <w:tcW w:w="259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8BFD00" w14:textId="77777777" w:rsidR="00F932D4" w:rsidRDefault="00000000">
            <w:r>
              <w:rPr>
                <w:sz w:val="14"/>
              </w:rPr>
              <w:t>Instrument 1: MSW Capstone - Executive Summary of Practice Activities</w:t>
            </w:r>
            <w:r>
              <w:rPr>
                <w:sz w:val="14"/>
              </w:rPr>
              <w:br/>
              <w:t>Instrument 2: Final Practicum Evaluation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75EFCD" w14:textId="77777777" w:rsidR="00F932D4" w:rsidRDefault="00000000">
            <w:r>
              <w:rPr>
                <w:sz w:val="14"/>
              </w:rPr>
              <w:t>Capstone: at least 2 of 3 MSW faculty reviewers rate each practice behavior as Competent, Accomplished Competence, or Exemplary Competence; competency attainment requires meeting this standard on a majority (&gt;50%) of mapped practice behaviors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7D3641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4F0B8C0F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096559" w14:textId="77777777" w:rsidR="00F932D4" w:rsidRDefault="00000000">
            <w:r>
              <w:rPr>
                <w:b/>
                <w:sz w:val="15"/>
              </w:rPr>
              <w:t>Competency 7: Assess Individuals, Families, Groups, Organizations, and Communities</w:t>
            </w:r>
          </w:p>
        </w:tc>
        <w:tc>
          <w:tcPr>
            <w:tcW w:w="259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81F6D4" w14:textId="77777777" w:rsidR="00F932D4" w:rsidRDefault="00000000">
            <w:r>
              <w:rPr>
                <w:sz w:val="14"/>
              </w:rPr>
              <w:t>Instrument 1: MSW Capstone - Executive Summary of Practice Activities</w:t>
            </w:r>
            <w:r>
              <w:rPr>
                <w:sz w:val="14"/>
              </w:rPr>
              <w:br/>
              <w:t>Instrument 2: Final Practicum Evaluation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E6E148" w14:textId="77777777" w:rsidR="00F932D4" w:rsidRDefault="00000000">
            <w:r>
              <w:rPr>
                <w:sz w:val="14"/>
              </w:rPr>
              <w:t>Capstone: at least 2 of 3 MSW faculty reviewers rate each practice behavior as Competent, Accomplished Competence, or Exemplary Competence; competency attainment requires meeting this standard on a majority (&gt;50%) of mapped practice behaviors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5D5ED3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38E1ECAB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908F943" w14:textId="77777777" w:rsidR="00F932D4" w:rsidRDefault="00000000">
            <w:r>
              <w:rPr>
                <w:b/>
                <w:sz w:val="15"/>
              </w:rPr>
              <w:lastRenderedPageBreak/>
              <w:t>Competency 8: Intervene with Individuals, Families, Groups, Organizations, and Communities</w:t>
            </w:r>
          </w:p>
        </w:tc>
        <w:tc>
          <w:tcPr>
            <w:tcW w:w="259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4F42B4" w14:textId="77777777" w:rsidR="00F932D4" w:rsidRDefault="00000000">
            <w:r>
              <w:rPr>
                <w:sz w:val="14"/>
              </w:rPr>
              <w:t>Instrument 1: MSW Capstone - Executive Summary of Practice Activities</w:t>
            </w:r>
            <w:r>
              <w:rPr>
                <w:sz w:val="14"/>
              </w:rPr>
              <w:br/>
              <w:t>Instrument 2: Final Practicum Evaluation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3BEB22E" w14:textId="77777777" w:rsidR="00F932D4" w:rsidRDefault="00000000">
            <w:r>
              <w:rPr>
                <w:sz w:val="14"/>
              </w:rPr>
              <w:t>Capstone: at least 2 of 3 MSW faculty reviewers rate each practice behavior as Competent, Accomplished Competence, or Exemplary Competence; competency attainment requires meeting this standard on a majority (&gt;50%) of mapped practice behaviors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5C670CB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  <w:tr w:rsidR="00F932D4" w14:paraId="51515F01" w14:textId="77777777">
        <w:trPr>
          <w:cantSplit/>
          <w:jc w:val="center"/>
        </w:trPr>
        <w:tc>
          <w:tcPr>
            <w:tcW w:w="288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413C8E" w14:textId="77777777" w:rsidR="00F932D4" w:rsidRDefault="00000000">
            <w:r>
              <w:rPr>
                <w:b/>
                <w:sz w:val="15"/>
              </w:rPr>
              <w:t>Competency 9: Evaluate Practice with Individuals, Families, Groups, Organizations, and Communities</w:t>
            </w:r>
          </w:p>
        </w:tc>
        <w:tc>
          <w:tcPr>
            <w:tcW w:w="259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7BCE4A9" w14:textId="77777777" w:rsidR="00F932D4" w:rsidRDefault="00000000">
            <w:r>
              <w:rPr>
                <w:sz w:val="14"/>
              </w:rPr>
              <w:t>Instrument 1: MSW Capstone - Executive Summary of Practice Activities</w:t>
            </w:r>
            <w:r>
              <w:rPr>
                <w:sz w:val="14"/>
              </w:rPr>
              <w:br/>
              <w:t>Instrument 2: Final Practicum Evaluation</w:t>
            </w:r>
          </w:p>
        </w:tc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9CEF66" w14:textId="77777777" w:rsidR="00F932D4" w:rsidRDefault="00000000">
            <w:r>
              <w:rPr>
                <w:sz w:val="14"/>
              </w:rPr>
              <w:t>Capstone: at least 2 of 3 MSW faculty reviewers rate each practice behavior as Competent, Accomplished Competence, or Exemplary Competence; competency attainment requires meeting this standard on a majority (&gt;50%) of mapped practice behaviors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  <w:t>Practicum: minimum rating of Competent or higher in the competency area</w:t>
            </w:r>
          </w:p>
        </w:tc>
        <w:tc>
          <w:tcPr>
            <w:tcW w:w="194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990B3F" w14:textId="77777777" w:rsidR="00F932D4" w:rsidRDefault="00000000">
            <w:pPr>
              <w:jc w:val="center"/>
            </w:pPr>
            <w:r>
              <w:rPr>
                <w:sz w:val="15"/>
              </w:rPr>
              <w:t>80% of students are expected to attain the benchmark</w:t>
            </w:r>
          </w:p>
        </w:tc>
      </w:tr>
    </w:tbl>
    <w:p w14:paraId="39B69197" w14:textId="77777777" w:rsidR="00F932D4" w:rsidRDefault="00000000">
      <w:pPr>
        <w:pStyle w:val="Heading1"/>
      </w:pPr>
      <w:r>
        <w:t>Specialized Practice | Summary of Outcomes</w:t>
      </w:r>
    </w:p>
    <w:p w14:paraId="2BFC1ABC" w14:textId="77777777" w:rsidR="00F932D4" w:rsidRDefault="00000000">
      <w:pPr>
        <w:spacing w:after="60"/>
      </w:pPr>
      <w:r>
        <w:rPr>
          <w:b/>
        </w:rPr>
        <w:t>Program Option #1: Face-to-Face Traditional Program on the SIUE Edwardsville Campus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1584"/>
        <w:gridCol w:w="1872"/>
        <w:gridCol w:w="1800"/>
        <w:gridCol w:w="1728"/>
      </w:tblGrid>
      <w:tr w:rsidR="00F932D4" w14:paraId="41602C20" w14:textId="77777777">
        <w:trPr>
          <w:cantSplit/>
          <w:tblHeader/>
          <w:jc w:val="center"/>
        </w:trPr>
        <w:tc>
          <w:tcPr>
            <w:tcW w:w="3600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9A5FB7" w14:textId="77777777" w:rsidR="00F932D4" w:rsidRDefault="00000000">
            <w:pPr>
              <w:jc w:val="center"/>
            </w:pPr>
            <w:r>
              <w:rPr>
                <w:b/>
                <w:sz w:val="15"/>
              </w:rPr>
              <w:t>Competency</w:t>
            </w:r>
          </w:p>
        </w:tc>
        <w:tc>
          <w:tcPr>
            <w:tcW w:w="1584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A56928D" w14:textId="77777777" w:rsidR="00F932D4" w:rsidRDefault="00000000">
            <w:pPr>
              <w:jc w:val="center"/>
            </w:pPr>
            <w:r>
              <w:rPr>
                <w:b/>
                <w:sz w:val="15"/>
              </w:rPr>
              <w:t>Expected Level of Achievement</w:t>
            </w:r>
          </w:p>
        </w:tc>
        <w:tc>
          <w:tcPr>
            <w:tcW w:w="1872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40DF01" w14:textId="77777777" w:rsidR="00F932D4" w:rsidRDefault="00000000">
            <w:pPr>
              <w:jc w:val="center"/>
            </w:pPr>
            <w:r>
              <w:rPr>
                <w:b/>
                <w:sz w:val="15"/>
              </w:rPr>
              <w:t>Aggregate Actual Outcome</w:t>
            </w:r>
          </w:p>
        </w:tc>
        <w:tc>
          <w:tcPr>
            <w:tcW w:w="1800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B7D5B0" w14:textId="77777777" w:rsidR="00346B44" w:rsidRDefault="00000000">
            <w:r>
              <w:rPr>
                <w:sz w:val="16"/>
              </w:rPr>
              <w:t>Final Practicum Evaluation</w:t>
            </w:r>
            <w:r>
              <w:rPr>
                <w:sz w:val="16"/>
              </w:rPr>
              <w:br/>
              <w:t>(n=13)</w:t>
            </w:r>
          </w:p>
        </w:tc>
        <w:tc>
          <w:tcPr>
            <w:tcW w:w="1728" w:type="dxa"/>
            <w:shd w:val="clear" w:color="auto" w:fill="D9EAF2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8D7222" w14:textId="77777777" w:rsidR="00346B44" w:rsidRDefault="00000000">
            <w:r>
              <w:rPr>
                <w:sz w:val="16"/>
              </w:rPr>
              <w:t>MSW Capstone</w:t>
            </w:r>
            <w:r>
              <w:rPr>
                <w:sz w:val="16"/>
              </w:rPr>
              <w:br/>
              <w:t>(n=13)</w:t>
            </w:r>
          </w:p>
        </w:tc>
      </w:tr>
      <w:tr w:rsidR="00F932D4" w14:paraId="4E477158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89AF70" w14:textId="77777777" w:rsidR="00F932D4" w:rsidRDefault="00000000">
            <w:r>
              <w:rPr>
                <w:b/>
                <w:sz w:val="14"/>
              </w:rPr>
              <w:t>1. Demonstrate Ethical and Professional Behavior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1C0DD1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4AD241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7104D2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D2B3C6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19DE1EF5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5D42293" w14:textId="77777777" w:rsidR="00F932D4" w:rsidRDefault="00000000">
            <w:r>
              <w:rPr>
                <w:b/>
                <w:sz w:val="14"/>
              </w:rPr>
              <w:t>2. Advance Human Rights and Social, Racial, Economic, and Environmental Justice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3F2091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D1393C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8D957A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AC4BA1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2EC9652D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564AB5" w14:textId="77777777" w:rsidR="00F932D4" w:rsidRDefault="00000000">
            <w:r>
              <w:rPr>
                <w:b/>
                <w:sz w:val="14"/>
              </w:rPr>
              <w:t>3. Engage Anti-Racism, Diversity, Equity, and Inclusion (ADEI) in Practice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7CFA4F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B9BB2F2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F2CA656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F60277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544C332C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F3B2FEF" w14:textId="77777777" w:rsidR="00F932D4" w:rsidRDefault="00000000">
            <w:r>
              <w:rPr>
                <w:b/>
                <w:sz w:val="14"/>
              </w:rPr>
              <w:t>4. Engage in Practice-Informed Research and Research-Informed Practice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AAD3B2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880E7B" w14:textId="77777777" w:rsidR="00346B44" w:rsidRDefault="00000000">
            <w:r>
              <w:rPr>
                <w:sz w:val="16"/>
              </w:rPr>
              <w:t>92.3%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EA07513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B8456D" w14:textId="77777777" w:rsidR="00346B44" w:rsidRDefault="00000000">
            <w:r>
              <w:rPr>
                <w:sz w:val="16"/>
              </w:rPr>
              <w:t>84.6%</w:t>
            </w:r>
          </w:p>
        </w:tc>
      </w:tr>
      <w:tr w:rsidR="00F932D4" w14:paraId="7C7777D7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541141" w14:textId="77777777" w:rsidR="00F932D4" w:rsidRDefault="00000000">
            <w:r>
              <w:rPr>
                <w:b/>
                <w:sz w:val="14"/>
              </w:rPr>
              <w:t>5. Engage in Policy Practice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269E2A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8E89E6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4D11D3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B19A41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570627A5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3D7735" w14:textId="77777777" w:rsidR="00F932D4" w:rsidRDefault="00000000">
            <w:r>
              <w:rPr>
                <w:b/>
                <w:sz w:val="14"/>
              </w:rPr>
              <w:t>6. Engage with Individuals, Families, Groups, Organizations, and Communities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12E8B8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76CB16" w14:textId="77777777" w:rsidR="00346B44" w:rsidRDefault="00000000">
            <w:r>
              <w:rPr>
                <w:sz w:val="16"/>
              </w:rPr>
              <w:t>96.2%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759E893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3C4A95" w14:textId="77777777" w:rsidR="00346B44" w:rsidRDefault="00000000">
            <w:r>
              <w:rPr>
                <w:sz w:val="16"/>
              </w:rPr>
              <w:t>92.3%</w:t>
            </w:r>
          </w:p>
        </w:tc>
      </w:tr>
      <w:tr w:rsidR="00F932D4" w14:paraId="71D94845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2BC5E7" w14:textId="77777777" w:rsidR="00F932D4" w:rsidRDefault="00000000">
            <w:r>
              <w:rPr>
                <w:b/>
                <w:sz w:val="14"/>
              </w:rPr>
              <w:t>7. Assess Individuals, Families, Groups, Organizations, and Communities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53E40C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604B85" w14:textId="77777777" w:rsidR="00346B44" w:rsidRDefault="00000000">
            <w:r>
              <w:rPr>
                <w:sz w:val="16"/>
              </w:rPr>
              <w:t>100.0%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3DF8C6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7D7409" w14:textId="77777777" w:rsidR="00346B44" w:rsidRDefault="00000000">
            <w:r>
              <w:rPr>
                <w:sz w:val="16"/>
              </w:rPr>
              <w:t>100.0%</w:t>
            </w:r>
          </w:p>
        </w:tc>
      </w:tr>
      <w:tr w:rsidR="00F932D4" w14:paraId="4052AB66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7B67873" w14:textId="77777777" w:rsidR="00F932D4" w:rsidRDefault="00000000">
            <w:r>
              <w:rPr>
                <w:b/>
                <w:sz w:val="14"/>
              </w:rPr>
              <w:t>8. Intervene with Individuals, Families, Groups, Organizations, and Communities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37B781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87C6FF" w14:textId="77777777" w:rsidR="00346B44" w:rsidRDefault="00000000">
            <w:r>
              <w:rPr>
                <w:sz w:val="16"/>
              </w:rPr>
              <w:t>96.2%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EA1D7E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17A6A74" w14:textId="77777777" w:rsidR="00346B44" w:rsidRDefault="00000000">
            <w:r>
              <w:rPr>
                <w:sz w:val="16"/>
              </w:rPr>
              <w:t>92.3%</w:t>
            </w:r>
          </w:p>
        </w:tc>
      </w:tr>
      <w:tr w:rsidR="00F932D4" w14:paraId="29905F74" w14:textId="77777777">
        <w:trPr>
          <w:cantSplit/>
          <w:jc w:val="center"/>
        </w:trPr>
        <w:tc>
          <w:tcPr>
            <w:tcW w:w="36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8637EE" w14:textId="77777777" w:rsidR="00F932D4" w:rsidRDefault="00000000">
            <w:r>
              <w:rPr>
                <w:b/>
                <w:sz w:val="14"/>
              </w:rPr>
              <w:t>9. Evaluate Practice with Individuals, Families, Groups, Organizations, and Communities</w:t>
            </w:r>
          </w:p>
        </w:tc>
        <w:tc>
          <w:tcPr>
            <w:tcW w:w="158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1C7110" w14:textId="77777777" w:rsidR="00F932D4" w:rsidRDefault="00000000">
            <w:pPr>
              <w:jc w:val="center"/>
            </w:pPr>
            <w:r>
              <w:rPr>
                <w:sz w:val="16"/>
              </w:rPr>
              <w:t>80%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2A5737" w14:textId="77777777" w:rsidR="00346B44" w:rsidRDefault="00000000">
            <w:r>
              <w:rPr>
                <w:sz w:val="16"/>
              </w:rPr>
              <w:t>92.3%</w:t>
            </w:r>
            <w:r>
              <w:rPr>
                <w:sz w:val="16"/>
              </w:rPr>
              <w:br/>
              <w:t>Meets benchmark</w:t>
            </w:r>
          </w:p>
        </w:tc>
        <w:tc>
          <w:tcPr>
            <w:tcW w:w="180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760C21B" w14:textId="77777777" w:rsidR="00346B44" w:rsidRDefault="00000000">
            <w:r>
              <w:rPr>
                <w:sz w:val="16"/>
              </w:rPr>
              <w:t>100.0%</w:t>
            </w:r>
          </w:p>
        </w:tc>
        <w:tc>
          <w:tcPr>
            <w:tcW w:w="172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6035994" w14:textId="77777777" w:rsidR="00346B44" w:rsidRDefault="00000000">
            <w:r>
              <w:rPr>
                <w:sz w:val="16"/>
              </w:rPr>
              <w:t>84.6%</w:t>
            </w:r>
          </w:p>
        </w:tc>
      </w:tr>
    </w:tbl>
    <w:p w14:paraId="22AAB311" w14:textId="77777777" w:rsidR="00F932D4" w:rsidRDefault="00000000">
      <w:pPr>
        <w:spacing w:before="60" w:after="80"/>
      </w:pPr>
      <w:r>
        <w:t>For the Summer 2026 capstone, ratings were entered for 31 advanced-generalist practice behaviors. For each practice behavior, a student meets the performance standard when at least two of the three MSW faculty reviewers rate the student as Competent, Accomplished Competence, or Exemplary Competence; ratings of Emerging Competence or Incompetent do not meet the standard. A student is counted as attaining a competency when the student meets the performance standard on a majority (&gt;50%) of the practice behaviors mapped to that competency. A practice behavior with fewer than two reviewer ratings is treated as insufficient data rather than as a failure. Aggregate specialized outcomes are calculated by averaging the percentage attaining the benchmark on the capstone and final practicum evaluation, consistent with SIUE's prior public-reporting method. Percentages are reported to one decimal place, while benchmark determinations use the unrounded value.</w:t>
      </w:r>
    </w:p>
    <w:p w14:paraId="09A4696C" w14:textId="77777777" w:rsidR="00F932D4" w:rsidRDefault="00000000">
      <w:pPr>
        <w:pStyle w:val="Heading2"/>
      </w:pPr>
      <w:r>
        <w:t>Program Review Note</w:t>
      </w:r>
    </w:p>
    <w:p w14:paraId="036D0A56" w14:textId="775CB973" w:rsidR="00F932D4" w:rsidRDefault="00000000">
      <w:pPr>
        <w:spacing w:after="0"/>
      </w:pPr>
      <w:r>
        <w:t>The 2026 results meet the established 80% program benchmark for all nine generalist and all nine specialized competencies when the two direct measures are aggregated. Generalist outcomes were 100% across all competencies. Within specialized practice, the final practicum evaluation was 100% across all competencies, and the capstone measure also met the 80% benchmark across all nine competencies under the program's majority-of-practice-behaviors attainment rule. Capstone attainment ranged from 84.6% to 100.0%, with the lowest attainment observed in Competencies 4 and 9 (84.6% each). These results will continue to be reviewed as part of the program's continuous improvement process, including examination of practice-behavior-level patterns within each competency.</w:t>
      </w:r>
    </w:p>
    <w:sectPr w:rsidR="00F932D4" w:rsidSect="00034616">
      <w:headerReference w:type="default" r:id="rId9"/>
      <w:footerReference w:type="default" r:id="rId10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3DDA34" w14:textId="77777777" w:rsidR="00E24E42" w:rsidRDefault="00E24E42">
      <w:pPr>
        <w:spacing w:after="0" w:line="240" w:lineRule="auto"/>
      </w:pPr>
      <w:r>
        <w:separator/>
      </w:r>
    </w:p>
  </w:endnote>
  <w:endnote w:type="continuationSeparator" w:id="0">
    <w:p w14:paraId="7B3196B1" w14:textId="77777777" w:rsidR="00E24E42" w:rsidRDefault="00E2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0406CC" w14:textId="77777777" w:rsidR="00F932D4" w:rsidRDefault="00000000">
    <w:pPr>
      <w:pStyle w:val="Footer"/>
      <w:jc w:val="center"/>
    </w:pPr>
    <w:r>
      <w:rPr>
        <w:color w:val="5A5A5A"/>
        <w:sz w:val="16"/>
      </w:rPr>
      <w:t>AS M5.0.1(d) | Public Reporting of Assessment Outcomes | Summer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3143EC" w14:textId="77777777" w:rsidR="00E24E42" w:rsidRDefault="00E24E42">
      <w:pPr>
        <w:spacing w:after="0" w:line="240" w:lineRule="auto"/>
      </w:pPr>
      <w:r>
        <w:separator/>
      </w:r>
    </w:p>
  </w:footnote>
  <w:footnote w:type="continuationSeparator" w:id="0">
    <w:p w14:paraId="64CEB4AC" w14:textId="77777777" w:rsidR="00E24E42" w:rsidRDefault="00E24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08CB97" w14:textId="77777777" w:rsidR="00F932D4" w:rsidRDefault="00000000">
    <w:pPr>
      <w:pStyle w:val="Header"/>
      <w:jc w:val="center"/>
    </w:pPr>
    <w:r>
      <w:rPr>
        <w:color w:val="5A5A5A"/>
        <w:sz w:val="16"/>
      </w:rPr>
      <w:t>Southern Illinois University Edwardsville | Master of Social Work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3264029">
    <w:abstractNumId w:val="8"/>
  </w:num>
  <w:num w:numId="2" w16cid:durableId="919749286">
    <w:abstractNumId w:val="6"/>
  </w:num>
  <w:num w:numId="3" w16cid:durableId="1457413066">
    <w:abstractNumId w:val="5"/>
  </w:num>
  <w:num w:numId="4" w16cid:durableId="25064388">
    <w:abstractNumId w:val="4"/>
  </w:num>
  <w:num w:numId="5" w16cid:durableId="1516311161">
    <w:abstractNumId w:val="7"/>
  </w:num>
  <w:num w:numId="6" w16cid:durableId="1795057442">
    <w:abstractNumId w:val="3"/>
  </w:num>
  <w:num w:numId="7" w16cid:durableId="423962076">
    <w:abstractNumId w:val="2"/>
  </w:num>
  <w:num w:numId="8" w16cid:durableId="1664698234">
    <w:abstractNumId w:val="1"/>
  </w:num>
  <w:num w:numId="9" w16cid:durableId="6780462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6B44"/>
    <w:rsid w:val="003F2B88"/>
    <w:rsid w:val="0060685A"/>
    <w:rsid w:val="0070137C"/>
    <w:rsid w:val="007B2908"/>
    <w:rsid w:val="008204DD"/>
    <w:rsid w:val="00AA1D8D"/>
    <w:rsid w:val="00B31760"/>
    <w:rsid w:val="00B47730"/>
    <w:rsid w:val="00CB0664"/>
    <w:rsid w:val="00DF5080"/>
    <w:rsid w:val="00E24E42"/>
    <w:rsid w:val="00E7610D"/>
    <w:rsid w:val="00EC1AF0"/>
    <w:rsid w:val="00EE06A0"/>
    <w:rsid w:val="00F932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C2ACD3"/>
  <w14:defaultImageDpi w14:val="300"/>
  <w15:docId w15:val="{811C77A0-43A5-594A-8898-3FE5220B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698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496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4968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2094</Words>
  <Characters>11937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Jones, Ariel</cp:lastModifiedBy>
  <cp:revision>5</cp:revision>
  <dcterms:created xsi:type="dcterms:W3CDTF">2026-09-23T23:45:00Z</dcterms:created>
  <dcterms:modified xsi:type="dcterms:W3CDTF">2026-09-23T23:55:00Z</dcterms:modified>
  <cp:category/>
</cp:coreProperties>
</file>